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B7154" w14:textId="77777777" w:rsidR="0070206B" w:rsidRDefault="003B6BB6">
      <w:pPr>
        <w:spacing w:after="140"/>
        <w:jc w:val="center"/>
      </w:pPr>
      <w:r>
        <w:rPr>
          <w:b/>
          <w:sz w:val="26"/>
        </w:rPr>
        <w:t>MODELO DE INSCRIPCIÓN DE LIBROS</w:t>
      </w:r>
    </w:p>
    <w:p w14:paraId="30879256" w14:textId="77777777" w:rsidR="0070206B" w:rsidRPr="00DD7BB2" w:rsidRDefault="003B6BB6">
      <w:pPr>
        <w:spacing w:after="160"/>
        <w:rPr>
          <w:sz w:val="24"/>
          <w:szCs w:val="24"/>
        </w:rPr>
      </w:pPr>
      <w:r w:rsidRPr="00DD7BB2">
        <w:rPr>
          <w:b/>
          <w:sz w:val="24"/>
          <w:szCs w:val="24"/>
        </w:rPr>
        <w:t>Ciudad ______________________________    Fecha __________________________________</w:t>
      </w:r>
    </w:p>
    <w:p w14:paraId="75E4757D" w14:textId="77777777" w:rsidR="00DD7BB2" w:rsidRPr="00DD7BB2" w:rsidRDefault="00DD7BB2">
      <w:pPr>
        <w:spacing w:after="0"/>
        <w:rPr>
          <w:sz w:val="24"/>
          <w:szCs w:val="24"/>
        </w:rPr>
      </w:pPr>
    </w:p>
    <w:p w14:paraId="5C05B998" w14:textId="5A5E7CBE" w:rsidR="0070206B" w:rsidRPr="00DD7BB2" w:rsidRDefault="003B6BB6">
      <w:pPr>
        <w:spacing w:after="0"/>
        <w:rPr>
          <w:sz w:val="24"/>
          <w:szCs w:val="24"/>
        </w:rPr>
      </w:pPr>
      <w:proofErr w:type="spellStart"/>
      <w:r w:rsidRPr="00DD7BB2">
        <w:rPr>
          <w:sz w:val="24"/>
          <w:szCs w:val="24"/>
        </w:rPr>
        <w:t>Señores</w:t>
      </w:r>
      <w:proofErr w:type="spellEnd"/>
    </w:p>
    <w:p w14:paraId="62ADD994" w14:textId="77777777" w:rsidR="0070206B" w:rsidRPr="00DD7BB2" w:rsidRDefault="003B6BB6">
      <w:pPr>
        <w:spacing w:after="0"/>
        <w:rPr>
          <w:sz w:val="24"/>
          <w:szCs w:val="24"/>
        </w:rPr>
      </w:pPr>
      <w:r w:rsidRPr="00DD7BB2">
        <w:rPr>
          <w:b/>
          <w:sz w:val="24"/>
          <w:szCs w:val="24"/>
        </w:rPr>
        <w:t>Cámara de Comercio de Facatativá</w:t>
      </w:r>
    </w:p>
    <w:p w14:paraId="4280E90B" w14:textId="77777777" w:rsidR="0070206B" w:rsidRPr="00DD7BB2" w:rsidRDefault="003B6BB6">
      <w:pPr>
        <w:spacing w:after="120"/>
        <w:rPr>
          <w:sz w:val="24"/>
          <w:szCs w:val="24"/>
        </w:rPr>
      </w:pPr>
      <w:r w:rsidRPr="00DD7BB2">
        <w:rPr>
          <w:sz w:val="24"/>
          <w:szCs w:val="24"/>
        </w:rPr>
        <w:t>ESD</w:t>
      </w:r>
    </w:p>
    <w:p w14:paraId="66792283" w14:textId="77777777" w:rsidR="0070206B" w:rsidRDefault="003B6BB6">
      <w:pPr>
        <w:spacing w:after="140"/>
        <w:rPr>
          <w:sz w:val="24"/>
          <w:szCs w:val="24"/>
        </w:rPr>
      </w:pPr>
      <w:r w:rsidRPr="00DD7BB2">
        <w:rPr>
          <w:sz w:val="24"/>
          <w:szCs w:val="24"/>
        </w:rPr>
        <w:t xml:space="preserve">Respetados Señores, solicito el registro de los siguientes libros de </w:t>
      </w:r>
      <w:proofErr w:type="spellStart"/>
      <w:r w:rsidRPr="00DD7BB2">
        <w:rPr>
          <w:sz w:val="24"/>
          <w:szCs w:val="24"/>
        </w:rPr>
        <w:t>conformidad</w:t>
      </w:r>
      <w:proofErr w:type="spellEnd"/>
      <w:r w:rsidRPr="00DD7BB2">
        <w:rPr>
          <w:sz w:val="24"/>
          <w:szCs w:val="24"/>
        </w:rPr>
        <w:t xml:space="preserve"> con la </w:t>
      </w:r>
      <w:proofErr w:type="spellStart"/>
      <w:r w:rsidRPr="00DD7BB2">
        <w:rPr>
          <w:sz w:val="24"/>
          <w:szCs w:val="24"/>
        </w:rPr>
        <w:t>normatividad</w:t>
      </w:r>
      <w:proofErr w:type="spellEnd"/>
      <w:r w:rsidRPr="00DD7BB2">
        <w:rPr>
          <w:sz w:val="24"/>
          <w:szCs w:val="24"/>
        </w:rPr>
        <w:t xml:space="preserve"> </w:t>
      </w:r>
      <w:proofErr w:type="spellStart"/>
      <w:r w:rsidRPr="00DD7BB2">
        <w:rPr>
          <w:sz w:val="24"/>
          <w:szCs w:val="24"/>
        </w:rPr>
        <w:t>vigente</w:t>
      </w:r>
      <w:proofErr w:type="spellEnd"/>
      <w:r w:rsidRPr="00DD7BB2">
        <w:rPr>
          <w:sz w:val="24"/>
          <w:szCs w:val="24"/>
        </w:rP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70206B" w14:paraId="4F5366F8" w14:textId="77777777">
        <w:trPr>
          <w:jc w:val="center"/>
        </w:trPr>
        <w:tc>
          <w:tcPr>
            <w:tcW w:w="10368" w:type="dxa"/>
            <w:tcBorders>
              <w:bottom w:val="single" w:sz="8" w:space="0" w:color="000000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9C433E" w14:textId="77777777" w:rsidR="00FD6DB5" w:rsidRDefault="00DD7BB2">
            <w:pPr>
              <w:rPr>
                <w:sz w:val="24"/>
                <w:szCs w:val="24"/>
              </w:rPr>
            </w:pPr>
            <w:r w:rsidRPr="00DD7BB2">
              <w:rPr>
                <w:b/>
                <w:bCs/>
                <w:szCs w:val="21"/>
              </w:rPr>
              <w:t>MATRICULA:</w:t>
            </w:r>
            <w:r>
              <w:rPr>
                <w:sz w:val="24"/>
                <w:szCs w:val="24"/>
              </w:rPr>
              <w:t>__________________________</w:t>
            </w:r>
          </w:p>
          <w:p w14:paraId="79766D7E" w14:textId="51F69AC4" w:rsidR="0070206B" w:rsidRDefault="003B6BB6">
            <w:r>
              <w:rPr>
                <w:b/>
              </w:rPr>
              <w:t xml:space="preserve">RAZÓN SOCIAL </w:t>
            </w:r>
            <w:r w:rsidR="00DD7BB2">
              <w:rPr>
                <w:b/>
              </w:rPr>
              <w:t>____________________________________</w:t>
            </w:r>
            <w:r>
              <w:rPr>
                <w:b/>
              </w:rPr>
              <w:t>___________________________________________</w:t>
            </w:r>
          </w:p>
        </w:tc>
      </w:tr>
    </w:tbl>
    <w:p w14:paraId="4DA21D06" w14:textId="77777777" w:rsidR="0070206B" w:rsidRDefault="0070206B">
      <w:pPr>
        <w:spacing w:after="20"/>
      </w:pPr>
    </w:p>
    <w:p w14:paraId="5F403C5B" w14:textId="77777777" w:rsidR="0070206B" w:rsidRDefault="003B6BB6">
      <w:pPr>
        <w:keepNext/>
        <w:spacing w:before="40" w:after="40"/>
      </w:pPr>
      <w:r>
        <w:rPr>
          <w:b/>
          <w:sz w:val="23"/>
        </w:rPr>
        <w:t>IDENTIFICACIÓN DE LOS LIBROS</w:t>
      </w:r>
    </w:p>
    <w:p w14:paraId="3E584C58" w14:textId="77777777" w:rsidR="0070206B" w:rsidRDefault="003B6BB6">
      <w:pPr>
        <w:spacing w:after="100"/>
      </w:pPr>
      <w:r>
        <w:rPr>
          <w:sz w:val="19"/>
        </w:rPr>
        <w:t>Marque con una X los libros a registrar según el tipo societario o entidad.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10058"/>
      </w:tblGrid>
      <w:tr w:rsidR="0070206B" w14:paraId="7C22C16B" w14:textId="77777777" w:rsidTr="00DD7BB2">
        <w:trPr>
          <w:trHeight w:val="385"/>
          <w:jc w:val="center"/>
        </w:trPr>
        <w:tc>
          <w:tcPr>
            <w:tcW w:w="28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E7E7E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75AB47" w14:textId="77777777" w:rsidR="0070206B" w:rsidRDefault="003B6BB6">
            <w:pPr>
              <w:jc w:val="center"/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008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E7E7E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389E6F" w14:textId="77777777" w:rsidR="0070206B" w:rsidRDefault="003B6BB6">
            <w:r>
              <w:rPr>
                <w:b/>
                <w:sz w:val="19"/>
              </w:rPr>
              <w:t>SOCIEDADES LIMITADAS, EN COMANDITAS SIMPLES. LOS LIBROS QUE REGISTRAN SON:</w:t>
            </w:r>
          </w:p>
        </w:tc>
      </w:tr>
    </w:tbl>
    <w:p w14:paraId="5C630F72" w14:textId="41376937" w:rsidR="0070206B" w:rsidRDefault="0070206B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70206B" w14:paraId="42E86DAF" w14:textId="77777777">
        <w:trPr>
          <w:jc w:val="center"/>
        </w:trPr>
        <w:tc>
          <w:tcPr>
            <w:tcW w:w="10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F545FB4" w14:textId="223E3E77" w:rsidR="0070206B" w:rsidRDefault="00DD7BB2">
            <w:r>
              <w:rPr>
                <w:rFonts w:ascii="Segoe UI Symbol" w:hAnsi="Segoe UI Symbol" w:cs="Segoe UI Symbo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7619F89" wp14:editId="76231F9D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20955</wp:posOffset>
                      </wp:positionV>
                      <wp:extent cx="180975" cy="161925"/>
                      <wp:effectExtent l="57150" t="19050" r="66675" b="104775"/>
                      <wp:wrapNone/>
                      <wp:docPr id="781346397" name="Rectángulo: esquinas redondead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70BAA8" id="Rectángulo: esquinas redondeadas 1" o:spid="_x0000_s1026" style="position:absolute;margin-left:-2.3pt;margin-top:1.65pt;width:14.25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" filled="f" strokecolor="#4579b8 [3044]">
                      <v:shadow on="t" color="black" opacity="22937f" origin=",.5" offset="0,.63889mm"/>
                    </v:roundrect>
                  </w:pict>
                </mc:Fallback>
              </mc:AlternateContent>
            </w:r>
            <w:r>
              <w:rPr>
                <w:b/>
                <w:sz w:val="20"/>
              </w:rPr>
              <w:t xml:space="preserve">         LIBRO</w:t>
            </w:r>
            <w:r w:rsidR="003B6BB6">
              <w:rPr>
                <w:b/>
                <w:sz w:val="20"/>
              </w:rPr>
              <w:t xml:space="preserve"> DE REGISTRO DE SOCIOS</w:t>
            </w:r>
            <w:r>
              <w:rPr>
                <w:b/>
                <w:sz w:val="20"/>
              </w:rPr>
              <w:t xml:space="preserve">:      </w:t>
            </w:r>
            <w:r>
              <w:rPr>
                <w:sz w:val="19"/>
              </w:rPr>
              <w:t xml:space="preserve">Cantidad de hojas: ___________          </w:t>
            </w:r>
            <w:r w:rsidRPr="00DD7BB2">
              <w:rPr>
                <w:sz w:val="19"/>
              </w:rPr>
              <w:t>De la p</w:t>
            </w:r>
            <w:r>
              <w:rPr>
                <w:sz w:val="19"/>
              </w:rPr>
              <w:t>á</w:t>
            </w:r>
            <w:r w:rsidRPr="00DD7BB2">
              <w:rPr>
                <w:sz w:val="19"/>
              </w:rPr>
              <w:t>gina  ________    a la P</w:t>
            </w:r>
            <w:r>
              <w:rPr>
                <w:sz w:val="19"/>
              </w:rPr>
              <w:t>á</w:t>
            </w:r>
            <w:r w:rsidRPr="00DD7BB2">
              <w:rPr>
                <w:sz w:val="19"/>
              </w:rPr>
              <w:t>gina ________</w:t>
            </w:r>
          </w:p>
        </w:tc>
      </w:tr>
    </w:tbl>
    <w:p w14:paraId="09E8EB58" w14:textId="77777777" w:rsidR="0070206B" w:rsidRDefault="0070206B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70206B" w14:paraId="6045E22D" w14:textId="77777777">
        <w:trPr>
          <w:jc w:val="center"/>
        </w:trPr>
        <w:tc>
          <w:tcPr>
            <w:tcW w:w="10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799545A" w14:textId="58B8967F" w:rsidR="0070206B" w:rsidRDefault="00FD6DB5">
            <w:r>
              <w:rPr>
                <w:rFonts w:ascii="Segoe UI Symbol" w:hAnsi="Segoe UI Symbol" w:cs="Segoe UI Symbo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A8D06E8" wp14:editId="4F4ECE3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23495</wp:posOffset>
                      </wp:positionV>
                      <wp:extent cx="180975" cy="161925"/>
                      <wp:effectExtent l="57150" t="19050" r="66675" b="104775"/>
                      <wp:wrapNone/>
                      <wp:docPr id="403844795" name="Rectángulo: esquinas redondead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A030E5" id="Rectángulo: esquinas redondeadas 1" o:spid="_x0000_s1026" style="position:absolute;margin-left:-.5pt;margin-top:1.85pt;width:14.25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" filled="f" strokecolor="#4579b8 [3044]">
                      <v:shadow on="t" color="black" opacity="22937f" origin=",.5" offset="0,.63889mm"/>
                    </v:roundrect>
                  </w:pict>
                </mc:Fallback>
              </mc:AlternateContent>
            </w:r>
            <w:r w:rsidR="00DD7BB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</w:t>
            </w:r>
            <w:r w:rsidR="00DD7BB2">
              <w:rPr>
                <w:b/>
                <w:sz w:val="20"/>
              </w:rPr>
              <w:t>LIBRO</w:t>
            </w:r>
            <w:r w:rsidR="003B6BB6">
              <w:rPr>
                <w:b/>
                <w:sz w:val="20"/>
              </w:rPr>
              <w:t xml:space="preserve"> DE ACTAS DE JUNTA DE SOCIOS</w:t>
            </w:r>
            <w:r w:rsidR="00DD7BB2">
              <w:rPr>
                <w:b/>
                <w:sz w:val="20"/>
              </w:rPr>
              <w:t xml:space="preserve">:   </w:t>
            </w:r>
            <w:r w:rsidR="00DD7BB2">
              <w:rPr>
                <w:sz w:val="19"/>
              </w:rPr>
              <w:t xml:space="preserve">Cantidad de hojas: ___________ </w:t>
            </w:r>
            <w:r w:rsidR="00DD7BB2" w:rsidRPr="00DD7BB2">
              <w:rPr>
                <w:sz w:val="19"/>
              </w:rPr>
              <w:t>De la p</w:t>
            </w:r>
            <w:r w:rsidR="00DD7BB2">
              <w:rPr>
                <w:sz w:val="19"/>
              </w:rPr>
              <w:t>á</w:t>
            </w:r>
            <w:r w:rsidR="00DD7BB2" w:rsidRPr="00DD7BB2">
              <w:rPr>
                <w:sz w:val="19"/>
              </w:rPr>
              <w:t>gina  ________    a la P</w:t>
            </w:r>
            <w:r w:rsidR="00DD7BB2">
              <w:rPr>
                <w:sz w:val="19"/>
              </w:rPr>
              <w:t>á</w:t>
            </w:r>
            <w:r w:rsidR="00DD7BB2" w:rsidRPr="00DD7BB2">
              <w:rPr>
                <w:sz w:val="19"/>
              </w:rPr>
              <w:t>gina ________</w:t>
            </w:r>
          </w:p>
        </w:tc>
      </w:tr>
    </w:tbl>
    <w:p w14:paraId="63A6F42F" w14:textId="77777777" w:rsidR="0070206B" w:rsidRDefault="0070206B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10058"/>
      </w:tblGrid>
      <w:tr w:rsidR="0070206B" w14:paraId="78679EDE" w14:textId="77777777" w:rsidTr="00DD7BB2">
        <w:trPr>
          <w:trHeight w:val="542"/>
          <w:jc w:val="center"/>
        </w:trPr>
        <w:tc>
          <w:tcPr>
            <w:tcW w:w="28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E7E7E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F28F96" w14:textId="77777777" w:rsidR="0070206B" w:rsidRDefault="003B6BB6">
            <w:pPr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08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E7E7E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7B1F2B" w14:textId="77777777" w:rsidR="0070206B" w:rsidRDefault="003B6BB6">
            <w:r>
              <w:rPr>
                <w:b/>
                <w:sz w:val="19"/>
              </w:rPr>
              <w:t>SOCIEDADES POR ACCIONES SIMPLIFICADAS, ANÓNIMAS, EN COMANDITAS POR ACCIONES. LOS LIBROS QUE SE REGISTRAN SON:</w:t>
            </w:r>
          </w:p>
        </w:tc>
      </w:tr>
    </w:tbl>
    <w:p w14:paraId="3A469A5E" w14:textId="77777777" w:rsidR="0070206B" w:rsidRDefault="0070206B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70206B" w14:paraId="399983F7" w14:textId="77777777" w:rsidTr="00DD7BB2">
        <w:trPr>
          <w:trHeight w:val="339"/>
          <w:jc w:val="center"/>
        </w:trPr>
        <w:tc>
          <w:tcPr>
            <w:tcW w:w="10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19CDB65" w14:textId="0BF5416B" w:rsidR="0070206B" w:rsidRDefault="00FD6DB5" w:rsidP="00FD6DB5">
            <w:r>
              <w:rPr>
                <w:rFonts w:ascii="Segoe UI Symbol" w:hAnsi="Segoe UI Symbol" w:cs="Segoe UI Symbo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EE8ACA" wp14:editId="2F4F3CBA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20955</wp:posOffset>
                      </wp:positionV>
                      <wp:extent cx="180975" cy="161925"/>
                      <wp:effectExtent l="57150" t="19050" r="66675" b="104775"/>
                      <wp:wrapNone/>
                      <wp:docPr id="394229163" name="Rectángulo: esquinas redondead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9A604A" id="Rectángulo: esquinas redondeadas 1" o:spid="_x0000_s1026" style="position:absolute;margin-left:-2.3pt;margin-top:1.65pt;width:14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" filled="f" strokecolor="#4579b8 [3044]">
                      <v:shadow on="t" color="black" opacity="22937f" origin=",.5" offset="0,.63889mm"/>
                    </v:roundrect>
                  </w:pict>
                </mc:Fallback>
              </mc:AlternateContent>
            </w:r>
            <w:r>
              <w:rPr>
                <w:b/>
                <w:sz w:val="20"/>
              </w:rPr>
              <w:t xml:space="preserve">         LIBRO DE REGISTRO DE ACCIONISTAS:   </w:t>
            </w:r>
            <w:r>
              <w:rPr>
                <w:sz w:val="19"/>
              </w:rPr>
              <w:t xml:space="preserve">Cantidad de hojas: ___________   </w:t>
            </w:r>
            <w:r w:rsidRPr="00DD7BB2">
              <w:rPr>
                <w:sz w:val="19"/>
              </w:rPr>
              <w:t>De la p</w:t>
            </w:r>
            <w:r>
              <w:rPr>
                <w:sz w:val="19"/>
              </w:rPr>
              <w:t>á</w:t>
            </w:r>
            <w:r w:rsidRPr="00DD7BB2">
              <w:rPr>
                <w:sz w:val="19"/>
              </w:rPr>
              <w:t>gina  ________    a la P</w:t>
            </w:r>
            <w:r>
              <w:rPr>
                <w:sz w:val="19"/>
              </w:rPr>
              <w:t>á</w:t>
            </w:r>
            <w:r w:rsidRPr="00DD7BB2">
              <w:rPr>
                <w:sz w:val="19"/>
              </w:rPr>
              <w:t>gina ________</w:t>
            </w:r>
          </w:p>
        </w:tc>
      </w:tr>
    </w:tbl>
    <w:p w14:paraId="41119C83" w14:textId="77777777" w:rsidR="0070206B" w:rsidRDefault="0070206B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70206B" w14:paraId="40F5321C" w14:textId="77777777">
        <w:trPr>
          <w:jc w:val="center"/>
        </w:trPr>
        <w:tc>
          <w:tcPr>
            <w:tcW w:w="10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BAE18AB" w14:textId="7117BEBE" w:rsidR="0070206B" w:rsidRDefault="00FD6DB5" w:rsidP="00FD6DB5">
            <w:r>
              <w:rPr>
                <w:rFonts w:ascii="Segoe UI Symbol" w:hAnsi="Segoe UI Symbol" w:cs="Segoe UI Symbo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D908237" wp14:editId="1BE03AF8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20955</wp:posOffset>
                      </wp:positionV>
                      <wp:extent cx="180975" cy="161925"/>
                      <wp:effectExtent l="57150" t="19050" r="66675" b="104775"/>
                      <wp:wrapNone/>
                      <wp:docPr id="1085565352" name="Rectángulo: esquinas redondead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C38E2E" id="Rectángulo: esquinas redondeadas 1" o:spid="_x0000_s1026" style="position:absolute;margin-left:-2.3pt;margin-top:1.65pt;width:14.2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" filled="f" strokecolor="#4579b8 [3044]">
                      <v:shadow on="t" color="black" opacity="22937f" origin=",.5" offset="0,.63889mm"/>
                    </v:roundrect>
                  </w:pict>
                </mc:Fallback>
              </mc:AlternateContent>
            </w:r>
            <w:r>
              <w:rPr>
                <w:b/>
                <w:sz w:val="20"/>
              </w:rPr>
              <w:t xml:space="preserve">         LIBRO DE REGISTRO DE ACTAS DE ASAMBLEA: </w:t>
            </w:r>
            <w:r>
              <w:rPr>
                <w:sz w:val="19"/>
              </w:rPr>
              <w:t xml:space="preserve">Cantidad de hojas: ________   </w:t>
            </w:r>
            <w:r w:rsidRPr="00DD7BB2">
              <w:rPr>
                <w:sz w:val="19"/>
              </w:rPr>
              <w:t>De la p</w:t>
            </w:r>
            <w:r>
              <w:rPr>
                <w:sz w:val="19"/>
              </w:rPr>
              <w:t>á</w:t>
            </w:r>
            <w:r w:rsidRPr="00DD7BB2">
              <w:rPr>
                <w:sz w:val="19"/>
              </w:rPr>
              <w:t>gina  ________    a la P</w:t>
            </w:r>
            <w:r>
              <w:rPr>
                <w:sz w:val="19"/>
              </w:rPr>
              <w:t>á</w:t>
            </w:r>
            <w:r w:rsidRPr="00DD7BB2">
              <w:rPr>
                <w:sz w:val="19"/>
              </w:rPr>
              <w:t>gina _______</w:t>
            </w:r>
          </w:p>
        </w:tc>
      </w:tr>
    </w:tbl>
    <w:p w14:paraId="0D0C6390" w14:textId="77777777" w:rsidR="0070206B" w:rsidRDefault="0070206B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10058"/>
      </w:tblGrid>
      <w:tr w:rsidR="0070206B" w14:paraId="03A68BBC" w14:textId="77777777" w:rsidTr="00DD7BB2">
        <w:trPr>
          <w:jc w:val="center"/>
        </w:trPr>
        <w:tc>
          <w:tcPr>
            <w:tcW w:w="28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E7E7E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544994" w14:textId="77777777" w:rsidR="0070206B" w:rsidRDefault="003B6BB6">
            <w:pPr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08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E7E7E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978A6E" w14:textId="77777777" w:rsidR="0070206B" w:rsidRDefault="003B6BB6">
            <w:r>
              <w:rPr>
                <w:b/>
                <w:sz w:val="19"/>
              </w:rPr>
              <w:t>ENTIDADES SIN ÁNIMO DE LUCRO. LOS LIBROS QUE SE REGISTRAN SON:</w:t>
            </w:r>
          </w:p>
        </w:tc>
      </w:tr>
    </w:tbl>
    <w:p w14:paraId="274B62BF" w14:textId="77777777" w:rsidR="0070206B" w:rsidRDefault="0070206B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70206B" w14:paraId="3D48108A" w14:textId="77777777">
        <w:trPr>
          <w:jc w:val="center"/>
        </w:trPr>
        <w:tc>
          <w:tcPr>
            <w:tcW w:w="10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217FCC0" w14:textId="7158A751" w:rsidR="0070206B" w:rsidRDefault="00FD6DB5">
            <w:r>
              <w:rPr>
                <w:b/>
                <w:sz w:val="20"/>
              </w:rPr>
              <w:t xml:space="preserve">  </w:t>
            </w:r>
            <w:r>
              <w:rPr>
                <w:rFonts w:ascii="Segoe UI Symbol" w:hAnsi="Segoe UI Symbol" w:cs="Segoe UI Symbo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3D5ED4A" wp14:editId="60FD050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23495</wp:posOffset>
                      </wp:positionV>
                      <wp:extent cx="180975" cy="161925"/>
                      <wp:effectExtent l="57150" t="19050" r="66675" b="104775"/>
                      <wp:wrapNone/>
                      <wp:docPr id="907313003" name="Rectángulo: esquinas redondead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050AE9" id="Rectángulo: esquinas redondeadas 1" o:spid="_x0000_s1026" style="position:absolute;margin-left:-.5pt;margin-top:1.85pt;width:14.25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" filled="f" strokecolor="#4579b8 [3044]">
                      <v:shadow on="t" color="black" opacity="22937f" origin=",.5" offset="0,.63889mm"/>
                    </v:roundrect>
                  </w:pict>
                </mc:Fallback>
              </mc:AlternateContent>
            </w:r>
            <w:r>
              <w:rPr>
                <w:b/>
                <w:sz w:val="20"/>
              </w:rPr>
              <w:t xml:space="preserve">       LIBRO DE REGISTRO DE </w:t>
            </w:r>
            <w:r w:rsidR="003B6BB6">
              <w:rPr>
                <w:b/>
                <w:sz w:val="20"/>
              </w:rPr>
              <w:t>ASOCIADOS</w:t>
            </w:r>
            <w:r>
              <w:rPr>
                <w:b/>
                <w:sz w:val="20"/>
              </w:rPr>
              <w:t xml:space="preserve">: </w:t>
            </w:r>
            <w:r>
              <w:rPr>
                <w:sz w:val="19"/>
              </w:rPr>
              <w:t xml:space="preserve">Cantidad de hojas: ________   </w:t>
            </w:r>
            <w:r w:rsidRPr="00DD7BB2">
              <w:rPr>
                <w:sz w:val="19"/>
              </w:rPr>
              <w:t>De la p</w:t>
            </w:r>
            <w:r>
              <w:rPr>
                <w:sz w:val="19"/>
              </w:rPr>
              <w:t>á</w:t>
            </w:r>
            <w:r w:rsidRPr="00DD7BB2">
              <w:rPr>
                <w:sz w:val="19"/>
              </w:rPr>
              <w:t>gina  ________    a la P</w:t>
            </w:r>
            <w:r>
              <w:rPr>
                <w:sz w:val="19"/>
              </w:rPr>
              <w:t>á</w:t>
            </w:r>
            <w:r w:rsidRPr="00DD7BB2">
              <w:rPr>
                <w:sz w:val="19"/>
              </w:rPr>
              <w:t>gina _______</w:t>
            </w:r>
          </w:p>
        </w:tc>
      </w:tr>
    </w:tbl>
    <w:p w14:paraId="789CDA92" w14:textId="77777777" w:rsidR="0070206B" w:rsidRDefault="0070206B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70206B" w14:paraId="47B4808D" w14:textId="77777777">
        <w:trPr>
          <w:jc w:val="center"/>
        </w:trPr>
        <w:tc>
          <w:tcPr>
            <w:tcW w:w="10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47A023C" w14:textId="30E4BB4E" w:rsidR="0070206B" w:rsidRDefault="00FD6DB5">
            <w:r>
              <w:rPr>
                <w:b/>
                <w:sz w:val="20"/>
              </w:rPr>
              <w:t xml:space="preserve">   </w:t>
            </w:r>
            <w:r>
              <w:rPr>
                <w:rFonts w:ascii="Segoe UI Symbol" w:hAnsi="Segoe UI Symbol" w:cs="Segoe UI Symbo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1F2756E" wp14:editId="5D8FCB7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23495</wp:posOffset>
                      </wp:positionV>
                      <wp:extent cx="180975" cy="161925"/>
                      <wp:effectExtent l="57150" t="19050" r="66675" b="104775"/>
                      <wp:wrapNone/>
                      <wp:docPr id="937293744" name="Rectángulo: esquinas redondead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C42C28" id="Rectángulo: esquinas redondeadas 1" o:spid="_x0000_s1026" style="position:absolute;margin-left:-.5pt;margin-top:1.85pt;width:14.25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" filled="f" strokecolor="#4579b8 [3044]">
                      <v:shadow on="t" color="black" opacity="22937f" origin=",.5" offset="0,.63889mm"/>
                    </v:roundrect>
                  </w:pict>
                </mc:Fallback>
              </mc:AlternateContent>
            </w:r>
            <w:r>
              <w:rPr>
                <w:b/>
                <w:sz w:val="20"/>
              </w:rPr>
              <w:t xml:space="preserve">      LIBRO DE REGISTRO DE ACTAS DE ASAMBLEA: </w:t>
            </w:r>
            <w:r>
              <w:rPr>
                <w:sz w:val="19"/>
              </w:rPr>
              <w:t xml:space="preserve">Cantidad de hojas: ________   </w:t>
            </w:r>
            <w:r w:rsidRPr="00DD7BB2">
              <w:rPr>
                <w:sz w:val="19"/>
              </w:rPr>
              <w:t>De la p</w:t>
            </w:r>
            <w:r>
              <w:rPr>
                <w:sz w:val="19"/>
              </w:rPr>
              <w:t>á</w:t>
            </w:r>
            <w:r w:rsidRPr="00DD7BB2">
              <w:rPr>
                <w:sz w:val="19"/>
              </w:rPr>
              <w:t>gina  ________    a la P</w:t>
            </w:r>
            <w:r>
              <w:rPr>
                <w:sz w:val="19"/>
              </w:rPr>
              <w:t>á</w:t>
            </w:r>
            <w:r w:rsidRPr="00DD7BB2">
              <w:rPr>
                <w:sz w:val="19"/>
              </w:rPr>
              <w:t>gina _______</w:t>
            </w:r>
          </w:p>
        </w:tc>
      </w:tr>
    </w:tbl>
    <w:p w14:paraId="2D775021" w14:textId="77777777" w:rsidR="0070206B" w:rsidRDefault="0070206B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96"/>
        <w:gridCol w:w="6952"/>
      </w:tblGrid>
      <w:tr w:rsidR="0070206B" w14:paraId="55D07CF0" w14:textId="77777777" w:rsidTr="00FD6DB5">
        <w:trPr>
          <w:jc w:val="center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49DE26" w14:textId="77295C0D" w:rsidR="0070206B" w:rsidRDefault="00FD6DB5">
            <w:r>
              <w:rPr>
                <w:rFonts w:ascii="Segoe UI Symbol" w:hAnsi="Segoe UI Symbol" w:cs="Segoe UI Symbo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CE7DC9" wp14:editId="5301EFC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43815</wp:posOffset>
                      </wp:positionV>
                      <wp:extent cx="180975" cy="161925"/>
                      <wp:effectExtent l="57150" t="19050" r="66675" b="104775"/>
                      <wp:wrapNone/>
                      <wp:docPr id="365279170" name="Rectángulo: esquinas redondead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91C59B" id="Rectángulo: esquinas redondeadas 1" o:spid="_x0000_s1026" style="position:absolute;margin-left:.75pt;margin-top:3.45pt;width:14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" filled="f" strokecolor="#4579b8 [3044]">
                      <v:shadow on="t" color="black" opacity="22937f" origin=",.5" offset="0,.63889mm"/>
                    </v:roundrect>
                  </w:pict>
                </mc:Fallback>
              </mc:AlternateContent>
            </w:r>
            <w:r w:rsidR="003B6BB6">
              <w:rPr>
                <w:b/>
                <w:sz w:val="19"/>
              </w:rPr>
              <w:t xml:space="preserve">  </w:t>
            </w:r>
            <w:r>
              <w:rPr>
                <w:b/>
                <w:sz w:val="19"/>
              </w:rPr>
              <w:t xml:space="preserve">         </w:t>
            </w:r>
            <w:r w:rsidR="003B6BB6">
              <w:rPr>
                <w:b/>
                <w:sz w:val="19"/>
              </w:rPr>
              <w:t>REGISTRO POR PRIMERA VEZ</w:t>
            </w:r>
          </w:p>
        </w:tc>
        <w:tc>
          <w:tcPr>
            <w:tcW w:w="6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DC41AF" w14:textId="10E14144" w:rsidR="0070206B" w:rsidRDefault="003B6BB6">
            <w:r>
              <w:rPr>
                <w:sz w:val="18"/>
              </w:rPr>
              <w:br/>
            </w:r>
          </w:p>
        </w:tc>
      </w:tr>
      <w:tr w:rsidR="0070206B" w14:paraId="12A6425F" w14:textId="77777777" w:rsidTr="00FD6DB5">
        <w:trPr>
          <w:trHeight w:val="873"/>
          <w:jc w:val="center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55DD07" w14:textId="5A244E76" w:rsidR="0070206B" w:rsidRDefault="00FD6DB5">
            <w:r>
              <w:rPr>
                <w:rFonts w:ascii="Segoe UI Symbol" w:hAnsi="Segoe UI Symbol" w:cs="Segoe UI Symbo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D35D92" wp14:editId="60B98AE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26035</wp:posOffset>
                      </wp:positionV>
                      <wp:extent cx="180975" cy="161925"/>
                      <wp:effectExtent l="57150" t="19050" r="66675" b="104775"/>
                      <wp:wrapNone/>
                      <wp:docPr id="2036667697" name="Rectángulo: esquinas redondead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91E2D3" id="Rectángulo: esquinas redondeadas 1" o:spid="_x0000_s1026" style="position:absolute;margin-left:-.25pt;margin-top:2.05pt;width:14.2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" filled="f" strokecolor="#4579b8 [3044]">
                      <v:shadow on="t" color="black" opacity="22937f" origin=",.5" offset="0,.63889mm"/>
                    </v:roundrect>
                  </w:pict>
                </mc:Fallback>
              </mc:AlternateContent>
            </w:r>
            <w:r w:rsidR="003B6BB6">
              <w:rPr>
                <w:b/>
                <w:sz w:val="19"/>
              </w:rPr>
              <w:t xml:space="preserve">  </w:t>
            </w:r>
            <w:r>
              <w:rPr>
                <w:b/>
                <w:sz w:val="19"/>
              </w:rPr>
              <w:t xml:space="preserve">         </w:t>
            </w:r>
            <w:r w:rsidR="003B6BB6">
              <w:rPr>
                <w:b/>
                <w:sz w:val="19"/>
              </w:rPr>
              <w:t>REGISTRO POSTERIOR</w:t>
            </w:r>
          </w:p>
        </w:tc>
        <w:tc>
          <w:tcPr>
            <w:tcW w:w="6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0D2738" w14:textId="161E0949" w:rsidR="0070206B" w:rsidRDefault="00FD6DB5">
            <w:r>
              <w:rPr>
                <w:sz w:val="18"/>
              </w:rPr>
              <w:t xml:space="preserve">Aclarar el </w:t>
            </w:r>
            <w:proofErr w:type="spellStart"/>
            <w:r>
              <w:rPr>
                <w:sz w:val="18"/>
              </w:rPr>
              <w:t>estado</w:t>
            </w:r>
            <w:proofErr w:type="spellEnd"/>
            <w:r>
              <w:rPr>
                <w:sz w:val="18"/>
              </w:rPr>
              <w:t xml:space="preserve"> de los </w:t>
            </w:r>
            <w:proofErr w:type="spellStart"/>
            <w:r>
              <w:rPr>
                <w:sz w:val="18"/>
              </w:rPr>
              <w:t>libros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anteriormente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registrados</w:t>
            </w:r>
            <w:proofErr w:type="spellEnd"/>
            <w:r>
              <w:rPr>
                <w:sz w:val="18"/>
              </w:rPr>
              <w:t>:</w:t>
            </w:r>
          </w:p>
        </w:tc>
      </w:tr>
    </w:tbl>
    <w:p w14:paraId="0F4D04BD" w14:textId="77777777" w:rsidR="0070206B" w:rsidRDefault="0070206B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70206B" w14:paraId="0A6E4DEF" w14:textId="77777777">
        <w:trPr>
          <w:jc w:val="center"/>
        </w:trPr>
        <w:tc>
          <w:tcPr>
            <w:tcW w:w="5184" w:type="dxa"/>
            <w:tcBorders>
              <w:bottom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8BB926A" w14:textId="77777777" w:rsidR="0070206B" w:rsidRPr="00FD6DB5" w:rsidRDefault="003B6BB6">
            <w:pPr>
              <w:rPr>
                <w:sz w:val="24"/>
                <w:szCs w:val="24"/>
              </w:rPr>
            </w:pPr>
            <w:r w:rsidRPr="00FD6DB5">
              <w:rPr>
                <w:b/>
                <w:sz w:val="24"/>
                <w:szCs w:val="24"/>
              </w:rPr>
              <w:t>Firma Representante legal</w:t>
            </w:r>
          </w:p>
        </w:tc>
        <w:tc>
          <w:tcPr>
            <w:tcW w:w="5184" w:type="dxa"/>
            <w:tcBorders>
              <w:bottom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EECB87C" w14:textId="77777777" w:rsidR="0070206B" w:rsidRPr="00FD6DB5" w:rsidRDefault="003B6BB6">
            <w:pPr>
              <w:rPr>
                <w:sz w:val="24"/>
                <w:szCs w:val="24"/>
              </w:rPr>
            </w:pPr>
            <w:r w:rsidRPr="00FD6DB5">
              <w:rPr>
                <w:b/>
                <w:sz w:val="24"/>
                <w:szCs w:val="24"/>
              </w:rPr>
              <w:t>Revisor Fiscal o Contador</w:t>
            </w:r>
          </w:p>
        </w:tc>
      </w:tr>
      <w:tr w:rsidR="0070206B" w14:paraId="671AD2FB" w14:textId="77777777">
        <w:trPr>
          <w:jc w:val="center"/>
        </w:trPr>
        <w:tc>
          <w:tcPr>
            <w:tcW w:w="5184" w:type="dxa"/>
            <w:tcBorders>
              <w:bottom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4B0780E" w14:textId="77777777" w:rsidR="0070206B" w:rsidRPr="00FD6DB5" w:rsidRDefault="003B6BB6">
            <w:pPr>
              <w:rPr>
                <w:sz w:val="24"/>
                <w:szCs w:val="24"/>
              </w:rPr>
            </w:pPr>
            <w:r w:rsidRPr="00FD6DB5">
              <w:rPr>
                <w:sz w:val="24"/>
                <w:szCs w:val="24"/>
              </w:rPr>
              <w:t>Nombre: ______________________________</w:t>
            </w:r>
          </w:p>
        </w:tc>
        <w:tc>
          <w:tcPr>
            <w:tcW w:w="5184" w:type="dxa"/>
            <w:tcBorders>
              <w:bottom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0FA8DB3" w14:textId="77777777" w:rsidR="0070206B" w:rsidRPr="00FD6DB5" w:rsidRDefault="003B6BB6">
            <w:pPr>
              <w:rPr>
                <w:sz w:val="24"/>
                <w:szCs w:val="24"/>
              </w:rPr>
            </w:pPr>
            <w:r w:rsidRPr="00FD6DB5">
              <w:rPr>
                <w:sz w:val="24"/>
                <w:szCs w:val="24"/>
              </w:rPr>
              <w:t>Nombre: ______________________________</w:t>
            </w:r>
          </w:p>
        </w:tc>
      </w:tr>
      <w:tr w:rsidR="0070206B" w14:paraId="7C2435D6" w14:textId="77777777">
        <w:trPr>
          <w:jc w:val="center"/>
        </w:trPr>
        <w:tc>
          <w:tcPr>
            <w:tcW w:w="5184" w:type="dxa"/>
            <w:tcBorders>
              <w:bottom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B1CE7EA" w14:textId="77777777" w:rsidR="0070206B" w:rsidRPr="00FD6DB5" w:rsidRDefault="003B6BB6">
            <w:pPr>
              <w:rPr>
                <w:sz w:val="24"/>
                <w:szCs w:val="24"/>
              </w:rPr>
            </w:pPr>
            <w:r w:rsidRPr="00FD6DB5">
              <w:rPr>
                <w:sz w:val="24"/>
                <w:szCs w:val="24"/>
              </w:rPr>
              <w:t>Cédula: ______________________________</w:t>
            </w:r>
          </w:p>
        </w:tc>
        <w:tc>
          <w:tcPr>
            <w:tcW w:w="5184" w:type="dxa"/>
            <w:tcBorders>
              <w:bottom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EF9B1BB" w14:textId="77777777" w:rsidR="0070206B" w:rsidRPr="00FD6DB5" w:rsidRDefault="003B6BB6">
            <w:pPr>
              <w:rPr>
                <w:sz w:val="24"/>
                <w:szCs w:val="24"/>
              </w:rPr>
            </w:pPr>
            <w:r w:rsidRPr="00FD6DB5">
              <w:rPr>
                <w:sz w:val="24"/>
                <w:szCs w:val="24"/>
              </w:rPr>
              <w:t>Cédula: ______________________________</w:t>
            </w:r>
          </w:p>
        </w:tc>
      </w:tr>
    </w:tbl>
    <w:p w14:paraId="143249F5" w14:textId="337D5834" w:rsidR="0070206B" w:rsidRDefault="003B6BB6">
      <w:pPr>
        <w:spacing w:before="60" w:after="0"/>
      </w:pPr>
      <w:r>
        <w:rPr>
          <w:sz w:val="17"/>
        </w:rPr>
        <w:t xml:space="preserve">Nota: El </w:t>
      </w:r>
      <w:proofErr w:type="spellStart"/>
      <w:r w:rsidR="0002755C">
        <w:rPr>
          <w:sz w:val="17"/>
        </w:rPr>
        <w:t>modelo</w:t>
      </w:r>
      <w:proofErr w:type="spellEnd"/>
      <w:r>
        <w:rPr>
          <w:sz w:val="17"/>
        </w:rPr>
        <w:t xml:space="preserve"> procede con la </w:t>
      </w:r>
      <w:proofErr w:type="spellStart"/>
      <w:r>
        <w:rPr>
          <w:sz w:val="17"/>
        </w:rPr>
        <w:t>firma</w:t>
      </w:r>
      <w:proofErr w:type="spellEnd"/>
      <w:r>
        <w:rPr>
          <w:sz w:val="17"/>
        </w:rPr>
        <w:t xml:space="preserve"> del </w:t>
      </w:r>
      <w:proofErr w:type="spellStart"/>
      <w:r>
        <w:rPr>
          <w:sz w:val="17"/>
        </w:rPr>
        <w:t>representante</w:t>
      </w:r>
      <w:proofErr w:type="spellEnd"/>
      <w:r>
        <w:rPr>
          <w:sz w:val="17"/>
        </w:rPr>
        <w:t xml:space="preserve"> legal</w:t>
      </w:r>
      <w:r w:rsidR="009C202F">
        <w:rPr>
          <w:sz w:val="17"/>
        </w:rPr>
        <w:t xml:space="preserve"> </w:t>
      </w:r>
      <w:proofErr w:type="spellStart"/>
      <w:r w:rsidR="009C202F">
        <w:rPr>
          <w:sz w:val="17"/>
        </w:rPr>
        <w:t>o</w:t>
      </w:r>
      <w:r>
        <w:rPr>
          <w:sz w:val="17"/>
        </w:rPr>
        <w:t>el</w:t>
      </w:r>
      <w:proofErr w:type="spellEnd"/>
      <w:r>
        <w:rPr>
          <w:sz w:val="17"/>
        </w:rPr>
        <w:t xml:space="preserve"> revisor fiscal </w:t>
      </w:r>
      <w:r w:rsidR="009C202F">
        <w:rPr>
          <w:sz w:val="17"/>
        </w:rPr>
        <w:t>o</w:t>
      </w:r>
      <w:r>
        <w:rPr>
          <w:sz w:val="17"/>
        </w:rPr>
        <w:t xml:space="preserve"> contador.</w:t>
      </w:r>
    </w:p>
    <w:sectPr w:rsidR="0070206B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9017309">
    <w:abstractNumId w:val="8"/>
  </w:num>
  <w:num w:numId="2" w16cid:durableId="1483963313">
    <w:abstractNumId w:val="6"/>
  </w:num>
  <w:num w:numId="3" w16cid:durableId="1343777389">
    <w:abstractNumId w:val="5"/>
  </w:num>
  <w:num w:numId="4" w16cid:durableId="888615562">
    <w:abstractNumId w:val="4"/>
  </w:num>
  <w:num w:numId="5" w16cid:durableId="619184882">
    <w:abstractNumId w:val="7"/>
  </w:num>
  <w:num w:numId="6" w16cid:durableId="1393390467">
    <w:abstractNumId w:val="3"/>
  </w:num>
  <w:num w:numId="7" w16cid:durableId="1428426423">
    <w:abstractNumId w:val="2"/>
  </w:num>
  <w:num w:numId="8" w16cid:durableId="1615942498">
    <w:abstractNumId w:val="1"/>
  </w:num>
  <w:num w:numId="9" w16cid:durableId="1703938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55C"/>
    <w:rsid w:val="00034616"/>
    <w:rsid w:val="0006063C"/>
    <w:rsid w:val="0015074B"/>
    <w:rsid w:val="0029639D"/>
    <w:rsid w:val="00326F90"/>
    <w:rsid w:val="003B6BB6"/>
    <w:rsid w:val="0070206B"/>
    <w:rsid w:val="008A51F4"/>
    <w:rsid w:val="009C202F"/>
    <w:rsid w:val="00AA1D8D"/>
    <w:rsid w:val="00B47730"/>
    <w:rsid w:val="00B6754F"/>
    <w:rsid w:val="00CB0664"/>
    <w:rsid w:val="00DD7BB2"/>
    <w:rsid w:val="00FC693F"/>
    <w:rsid w:val="00FD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BF0C031"/>
  <w14:defaultImageDpi w14:val="300"/>
  <w15:docId w15:val="{31672073-749D-43E9-B81A-54F9CE92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302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LEYDI PAOLA CARRILLO BERNAL</cp:lastModifiedBy>
  <cp:revision>4</cp:revision>
  <dcterms:created xsi:type="dcterms:W3CDTF">2026-08-13T21:46:00Z</dcterms:created>
  <dcterms:modified xsi:type="dcterms:W3CDTF">2026-08-14T17:35:00Z</dcterms:modified>
  <cp:category/>
</cp:coreProperties>
</file>